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מרקס מול ברנשטיין – מהפכה או רפורמה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את המושגים פרולטריון, בורגנות, מהפכה ורפורמה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דרך המהפכה של מרקס לדרך ההדרגתית של ברנשטיין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הישגים ממשיים של מאבקי הפועלים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מרקס ואנגלס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שהוא לא קורס, ויש לשפר את מצב הפועלים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שינוי הדרגתי במסגרת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ביטוח בריאות ופנסיה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1848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הסרטון מתאר עבודת ילדים שעות ארוכות במפעלים.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הסיסמה 'פועלי כל העולם, התאחדו' מופיעה במניפסט.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הם תמכו במסים כדי לממן שירותים ציבוריים.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הביאו להישגים כמו ביטול עבודת ילדים וביטוח בריאות.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ספרו פורסם ב-1899, כחצי מאה אחרי המניפסט מ-1848.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(הוגה שקרא למהפכת הפרולטריון)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(טען שאפשר להגיע לסוציאליזם בהדרגה)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(ארגון עובדים הפועל לשיפור תנאי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(מדינה הדואגת לאזרחיה באמצעות מסים ושירותים)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(הפסקת עבודה מאורגנת כאמצעי לחץ על המעסיק)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מניפסט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הדרגתי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הם עבדו שעות ארוכות בתנאים קשים בעד שכר נמוך, בזמן שבעלי המפעלים התעשרו.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המסים ממנים שירותים כמו בריאות, חינוך ופנסיה, שמשפרים את חיי הפועלים בהדרגה.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תבחין השוואה ברור, להציג את עמדת מרקס (מהפכה ואיחוד הפועלים), להציג את עמדת ברנשטיין (שינוי הדרגתי בחוק ובבחירות), ולהסביר שלדעתו הקפיטליזם לא קרס כפי שחזו ולכן אין צורך במהפכה.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'פועלי כל העולם, התאחדו'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שינוי הדרגתי באמצעות חוקים, בחירות ומסים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ביטול עבודת ילדים, ביטוח בריאות ופנסיה, או הקמת איגודים מקצועיים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'שני כפתורים' כדי להמחיש את הדילמה בין שינוי מהיר לשינוי איטי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ניתוח המקורות בעבודת זוגות עם טבלת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אפשר לקיים 'קו דעות' בכיתה כדי לבטא עמדות באופן חזותי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מרקס מול ברנשטיין – מהפכה או רפורמה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שתי דרכים מרכזיות לשינוי חברתי במאה ה-19: הקריאה למהפכה של מרקס ואנגלס מול הגישה ההדרגתית של ברנשטיין. ננתח מקורות קצרים מהתקופה ונבחן את ההישגים של מאבקי הפועלים.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'המניפסט הקומוניסטי'?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מרקס ואנגלס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סמית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טען ברנשטיין לגבי הקפיטליזם?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יקרוס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לא קורס, ויש לשפר את מצב הפועלים בהדרגה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 לבטלו מיד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לו שום קשר לפועלים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רפורמה?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מהפכה אלימה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הדרגתי במסגרת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הפרלמנט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שביתה כללית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אחד ההישגים שהוצגו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הארכת שעות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ביטוח בריאות ופנסיה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האיגודים המקצועיים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העסקת ילדים במפעלים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שנה פורסם המניפסט הקומוניסטי?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1917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ילדים עבדו במפעלים במאה ה-19.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מרקס ואנגלס קראו לפועלים להתאחד.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הסוציאליסטים ההדרגתיים התנגדו לגביית מסים.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מאבקי הפועלים לא הביאו לשום שינוי.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ברנשטיין פרסם את ספרו לפני המניפסט הקומוניסטי.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קרל מרקס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הפסקת עבודה מאורגנת כאמצעי לחץ על המעסיק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אדוארד ברנשטיין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ארגון עובדים הפועל לשיפור תנאי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איגוד מקצועי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מדינה הדואגת לאזרחיה באמצעות מסים ושירותים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מדינת רווחה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הוגה שקרא למהפכת הפרולטריון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טען שאפשר להגיע לסוציאליזם בהדרגה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הקומוניסטי פורסם בשנת 1848.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מרקס, הפועלים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מרקס, בעלי המפעלים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ברנשטיין האמין בשינוי __________ ולא במהפכה.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מקצועי הוא ארגון עובדים הפועל לשיפור תנאי העבודה.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הרגישו הפועלים מנוצלים במהלך המהפכה התעשייתית.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מסים לבין שירותים ציבוריים לפי הדרך ההדרגתית?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השוו בין דרכו של מרקס לדרכו של ברנשטיין לפי תבחין אחד, והסבירו מדוע לדעת ברנשטיין אין צורך במהפכה.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הסיסמה המפורסמת של המניפסט הקומוניסטי?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הציע ברנשטיין במקום מהפכה?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להישג של מאבקי הפועלים.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מרקס מול ברנשטיין – מהפכה או רפורמה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