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מרקס מול ברנשטיין – מהפכה או רפורמה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ולהסביר את המושגים פרולטריון, בורגנות, מהפכה ורפורמה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דרך המהפכה של מרקס לדרך ההדרגתית של ברנשטיין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הישגים ממשיים של מאבקי הפועלים במאה ה-19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מרקס ואנגלס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שהוא לא קורס, ויש לשפר את מצב הפועלים בהדרגה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שינוי הדרגתי במסגרת החוק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ביטוח בריאות ופנסיה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1848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הסרטון מתאר עבודת ילדים שעות ארוכות במפעלים.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הסיסמה 'פועלי כל העולם, התאחדו' מופיעה במניפסט.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להפך, הם תמכו במסים כדי לממן שירותים ציבוריים.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הם הביאו להישגים כמו ביטול עבודת ילדים וביטוח בריאות.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ספרו פורסם ב-1899, כחצי מאה אחרי המניפסט מ-1848.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(הוגה שקרא למהפכת הפרולטריון)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(טען שאפשר להגיע לסוציאליזם בהדרגה)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(ארגון עובדים הפועל לשיפור תנאי העבודה)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(מדינה הדואגת לאזרחיה באמצעות מסים ושירותים)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(הפסקת עבודה מאורגנת כאמצעי לחץ על המעסיק)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מניפסט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פרולטריון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בורגנות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הדרגתי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איגוד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הם עבדו שעות ארוכות בתנאים קשים בעד שכר נמוך, בזמן שבעלי המפעלים התעשרו.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המסים ממנים שירותים כמו בריאות, חינוך ופנסיה, שמשפרים את חיי הפועלים בהדרגה.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בסגנון 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תבחין השוואה ברור, להציג את עמדת מרקס (מהפכה ואיחוד הפועלים), להציג את עמדת ברנשטיין (שינוי הדרגתי בחוק ובבחירות), ולהסביר שלדעתו הקפיטליזם לא קרס כפי שחזו ולכן אין צורך במהפכה.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'פועלי כל העולם, התאחדו'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שינוי הדרגתי באמצעות חוקים, בחירות ומסים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ביטול עבודת ילדים, ביטוח בריאות ופנסיה, או הקמת איגודים מקצועיים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בפעילות 'שני כפתורים' כדי להמחיש את הדילמה בין שינוי מהיר לשינוי איטי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ניתוח המקורות בעבודת זוגות עם טבלת 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סיום אפשר לקיים 'קו דעות' בכיתה כדי לבטא עמדות באופן חזותי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מרקס מול ברנשטיין – מהפכה או רפורמה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איך פועלים במאה ה-19 רצו לשפר את חייהם. יש דרך של מהפכה מהירה, ויש דרך של שינוי לאט לאט בעזרת חוקים.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המניפסט הקומוניסטי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חיבור של מרקס ואנגלס מ-1848 שקרא לפועלים להתאחד ולפתוח במהפכה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רוויזיוניזם (ברנשטיין)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עדכון של המרקסיזם: אין צורך במהפכה, אפשר לשפר מצב הפועלים בהדרגה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רפורמה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הדרגתי ומתוכנן במסגרת החוק, בניגוד למהפכה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איגוד מקצועי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ארגון עובדים באותו ענף הפועל יחד לשיפור שכר ותנאי 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שביתה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הפסקת עבודה מאורגנת של עובדים כאמצעי לחץ על המעסיק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מדינת רווחה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מדינה הדואגת לאזרחיה בשירותים ציבוריים הממומנים ממסים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פרולטריון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מעמד הפועלים לפי מרקס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בורגנות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מעמד בעלי ההון והמפעלים לפי מרקס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כתב את הספר המניפסט הקומוניסטי?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מרקס ואנגלס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ברנשטיין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אדם סמית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ברנשטיין חשב על הקפיטליזם?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יקרוס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שהוא לא קורס, ויש לשפר את מצב הפועלים בהדרגה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שיש לבטלו מיד בכוח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שאין לו שום קשר לפועלים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רפורמה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מהפכה אלימה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שינוי הדרגתי במסגרת החוק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ביטול הפרלמנט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שביתה כללית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השיגו הפועלים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הארכת שעות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ביטוח בריאות ופנסיה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ביטול האיגודים המקצועיים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העסקת ילדים במפעלים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פורסם הספר של מרקס ואנגלס?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1899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1917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ילדים עבדו במפעלים במאה ה-19.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מרקס ואנגלס קראו לפועלים להתאחד.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הסוציאליסטים ההדרגתיים התנגדו לגביית מסים.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מאבקי הפועלים לא הביאו לשום שינוי.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ברנשטיין פרסם את ספרו לפני המניפסט הקומוניסטי.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קרל מרקס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טען שאפשר להגיע לסוציאליזם בהדרגה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אדוארד ברנשטיין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הפסקת עבודה מאורגנת כאמצעי לחץ על המעסיק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איגוד מקצועי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הוגה שקרא למהפכת הפרולטריון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מדינת רווחה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ארגון עובדים הפועל לשיפור תנאי העבודה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שביתה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מדינה הדואגת לאזרחיה באמצעות מסים ושירותים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הקומוניסטי פורסם בשנת 1848.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מרקס, הפועלים נקראים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לפי מרקס, בעלי המפעלים נקראים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ברנשטיין האמין בשינוי __________ ולא במהפכה.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מקצועי הוא ארגון עובדים הפועל לשיפור תנאי העבודה.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הרגישו הפועלים מנוצלים במהלך המהפכה התעשייתית.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הקשר בין מסים לבין שירותים ציבוריים לפי הדרך ההדרגתית?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בסגנון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השוו בין דרכו של מרקס לדרכו של ברנשטיין לפי תבחין אחד, והסבירו מדוע לדעת ברנשטיין אין צורך במהפכה.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הסיסמה המפורסמת של המניפסט הקומוניסטי?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הציע ברנשטיין במקום מהפכה?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להישג של מאבקי הפועלים.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מרקס מול ברנשטיין – מהפכה או רפורמה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